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color w:val="0F172A"/>
          <w:sz w:val="32"/>
        </w:rPr>
        <w:t>KỊCH BẢN DẪN CHƯƠNG TRÌNH MC SONG NGỮ ANH - VIỆT (90 PHÚT)</w:t>
        <w:br/>
      </w:r>
      <w:r>
        <w:rPr>
          <w:rFonts w:ascii="Times New Roman" w:hAnsi="Times New Roman"/>
          <w:b/>
          <w:i/>
          <w:color w:val="D97706"/>
          <w:sz w:val="22"/>
        </w:rPr>
        <w:t>BILINGUAL MC SCRIPT: HALLOWEEN &amp; CHRISTMAS SCHOOL FESTIVALS</w:t>
        <w:br/>
        <w:t>(Chuẩn hóa khẩu lệnh sân khấu, âm thanh ánh sáng &amp; tương tác song ngữ cho trường học)</w:t>
        <w:br/>
      </w:r>
    </w:p>
    <w:p>
      <w:r>
        <w:t>MC 1: Foreign Teacher (Thầy David Clark - UK)</w:t>
        <w:br/>
        <w:t>MC 2: Vietnamese Teacher / TA (Cô Mai Anh)</w:t>
        <w:br/>
        <w:t>Thời lượng: 90 phút | Đối tượng: Học sinh Mầm non &amp; Tiểu học cùng Phụ huynh</w:t>
      </w:r>
    </w:p>
    <w:p>
      <w:pPr>
        <w:spacing w:before="200" w:after="60"/>
      </w:pPr>
      <w:r>
        <w:rPr>
          <w:rFonts w:ascii="Times New Roman" w:hAnsi="Times New Roman"/>
          <w:b/>
          <w:color w:val="0F172A"/>
          <w:sz w:val="23"/>
        </w:rPr>
        <w:t>PHẦN 1: KHỞI ĐỘNG &amp; CHÀO MỪNG / WARM-UP &amp; OPENING (00 - 15 PHÚT)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Âm nhạc: Nhạc nền vui nhộn, sôi động (Halloween Theme / Jingle Bell Rock).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 (Foreign): 'Good afternoon ladies, gentlemen, and my wonderful little monsters / little angels! Welcome to EduCenter's Annual Festival!'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 (Vietnamese): 'Nhiệt liệt chào mừng quý vị phụ huynh và toàn thể các bạn nhỏ thân yêu đã có mặt tại ngày hội song ngữ hoành tráng nhất trong năm!'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'Today, we have magic, exciting mystery games, delicious candies, and magnificent prizes! Are you ready?!'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Audience response: 'YESSSSS!' (Cả hội trường đồng thanh hô to)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'Ngay bây giờ, xin mời quý phụ huynh cùng hướng mắt lên sân khấu để khai mạc phần thi đầu tiên!'</w:t>
      </w:r>
    </w:p>
    <w:p>
      <w:pPr>
        <w:spacing w:before="200" w:after="60"/>
      </w:pPr>
      <w:r>
        <w:rPr>
          <w:rFonts w:ascii="Times New Roman" w:hAnsi="Times New Roman"/>
          <w:b/>
          <w:color w:val="0F172A"/>
          <w:sz w:val="23"/>
        </w:rPr>
        <w:t>PHẦN 2: TRÌNH DIỄN HÓA TRANG / FASHION SHOW RUNWAY (15 - 35 PHÚT)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Âm nhạc: Beat nhạc thời trang sôi động (Kids Fashion Runway Beat).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'Và ngay sau đây là phần trình diễn thời trang hóa trang của các lớp mầm non và tiểu học. Từng bé sẽ tự tin sải bước trên thảm đỏ!'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'Here comes Class Starters 01! Look at that adorable little Pumpkin and handsome Harry Potter! Give them a huge round of applause!'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'Bé Bảo An trong trang phục phù thủy nhỏ đáng yêu và bé Minh Quân hóa thân thành siêu anh hùng Batman!'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 (Interviews): 'Hello young man! Who are you today?' -&gt; Student: 'I am Spiderman!' -&gt; MC 1: 'Fantastic! Can you show us your web-shooter?'</w:t>
      </w:r>
    </w:p>
    <w:p>
      <w:pPr>
        <w:spacing w:before="200" w:after="60"/>
      </w:pPr>
      <w:r>
        <w:rPr>
          <w:rFonts w:ascii="Times New Roman" w:hAnsi="Times New Roman"/>
          <w:b/>
          <w:color w:val="0F172A"/>
          <w:sz w:val="23"/>
        </w:rPr>
        <w:t>PHẦN 3: ĐẤU TRƯỜNG TRÒ CHƠI / INTERACTIVE STAGE GAMES (35 - 65 PHÚT)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Màn hình trình chiếu: Bật Slide PowerPoint 16:9 Spooky Wheel / Santa Workshop.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'Now it is time for the SPOOKY MYSTERY WHEEL / SANTA SECRET WORKSHOP! We need 4 brave captains from each team!'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'Xin mời 4 đội trưởng đại diện cho 4 đội bước lên sân khấu để quay vòng quay kỳ bí!'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'Team Red, let us spin the wheel! Round and round it goes... and it stops at WITCH'S POTION! Here is your riddle...'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'Đội Đỏ có 15 giây hội ý để tìm ra câu trả lời bằng tiếng Anh nhé!'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Âm nhạc hiệu ứng: Tiếng chuông đếm ngược tích tắc, hiệu ứng tiếng vỗ tay chúc mừng (Ta-da sound effect).</w:t>
      </w:r>
    </w:p>
    <w:p>
      <w:pPr>
        <w:spacing w:before="200" w:after="60"/>
      </w:pPr>
      <w:r>
        <w:rPr>
          <w:rFonts w:ascii="Times New Roman" w:hAnsi="Times New Roman"/>
          <w:b/>
          <w:color w:val="0F172A"/>
          <w:sz w:val="23"/>
        </w:rPr>
        <w:t>PHẦN 4: WORKSHOP THỦ CÔNG CẮT DÁN / DIY CRAFT WORKSHOP (65 - 80 PHÚT)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Âm nhạc: Nhạc không lời êm dịu, du dương.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'Tiếp theo, các con và ba mẹ sẽ cùng nhau tự tay làm những chiếc mặt nạ hóa trang và thiệp Giáng sinh 3D ý nghĩa.'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'Take out your scissors, glue, and colorful markers! Let us make the most dazzling 3D card for Mommy and Daddy!'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 &amp; MC 2: Đi quanh các bàn hỗ trợ các bé và phụ huynh, giao lưu chụp ảnh kỷ niệm.</w:t>
      </w:r>
    </w:p>
    <w:p>
      <w:pPr>
        <w:spacing w:before="200" w:after="60"/>
      </w:pPr>
      <w:r>
        <w:rPr>
          <w:rFonts w:ascii="Times New Roman" w:hAnsi="Times New Roman"/>
          <w:b/>
          <w:color w:val="0F172A"/>
          <w:sz w:val="23"/>
        </w:rPr>
        <w:t>PHẦN 5: TRAO THƯỞNG, BẾ MẠC &amp; CHỤP ẢNH / AWARDS &amp; CLOSING (80 - 90 PHÚT)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Âm nhạc: Bài hát We Wish You A Merry Christmas / Happy Halloween Dance.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'What a glorious afternoon! Every single child today is a shining star! It is time to announce the Grand Prize Winners!'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2: 'Xin chúc mừng Đội Vàng đã xuất sắc giành giải Nhất toàn năng với 500 viên kẹo và Huy hiệu Vàng EduCenter!'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MC 1: 'Thank you parents for bringing such bright energy today! Let us gather together on stage for our BIG FAMILY PHOTO!'</w:t>
      </w:r>
    </w:p>
    <w:p>
      <w:pPr>
        <w:spacing w:after="50" w:line="276" w:lineRule="auto"/>
      </w:pPr>
      <w:r>
        <w:rPr>
          <w:rFonts w:ascii="Times New Roman" w:hAnsi="Times New Roman"/>
          <w:sz w:val="20"/>
        </w:rPr>
        <w:t>Tất cả học sinh, phụ huynh và thầy cô chụp ảnh kỷ niệm trên sân khấu. Phát túi quà mang về.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